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B0DCE" w14:textId="6D99BFC2" w:rsidR="00370057" w:rsidRDefault="00F441D5">
      <w:pPr>
        <w:spacing w:after="80"/>
        <w:jc w:val="center"/>
      </w:pPr>
      <w:r>
        <w:rPr>
          <w:rFonts w:ascii="Calibri" w:eastAsia="Calibri" w:hAnsi="Calibri"/>
          <w:b/>
          <w:color w:val="1A1A2E"/>
          <w:sz w:val="44"/>
        </w:rPr>
        <w:t xml:space="preserve">ADHD </w:t>
      </w:r>
      <w:r w:rsidR="00F71874">
        <w:rPr>
          <w:rFonts w:ascii="Calibri" w:eastAsia="Calibri" w:hAnsi="Calibri"/>
          <w:b/>
          <w:color w:val="1A1A2E"/>
          <w:sz w:val="44"/>
        </w:rPr>
        <w:t>F</w:t>
      </w:r>
      <w:r>
        <w:rPr>
          <w:rFonts w:ascii="Calibri" w:eastAsia="Calibri" w:hAnsi="Calibri"/>
          <w:b/>
          <w:color w:val="1A1A2E"/>
          <w:sz w:val="44"/>
        </w:rPr>
        <w:t xml:space="preserve">ast Start </w:t>
      </w:r>
      <w:r w:rsidR="00F71874">
        <w:rPr>
          <w:rFonts w:ascii="Calibri" w:eastAsia="Calibri" w:hAnsi="Calibri"/>
          <w:b/>
          <w:color w:val="1A1A2E"/>
          <w:sz w:val="44"/>
        </w:rPr>
        <w:t xml:space="preserve">Business </w:t>
      </w:r>
      <w:r>
        <w:rPr>
          <w:rFonts w:ascii="Calibri" w:eastAsia="Calibri" w:hAnsi="Calibri"/>
          <w:b/>
          <w:color w:val="1A1A2E"/>
          <w:sz w:val="44"/>
        </w:rPr>
        <w:t>Guide</w:t>
      </w:r>
    </w:p>
    <w:p w14:paraId="20FD707B" w14:textId="77777777" w:rsidR="00370057" w:rsidRDefault="00F441D5">
      <w:pPr>
        <w:spacing w:after="120"/>
        <w:jc w:val="center"/>
      </w:pPr>
      <w:r>
        <w:rPr>
          <w:rFonts w:ascii="Calibri" w:eastAsia="Calibri" w:hAnsi="Calibri"/>
          <w:b/>
          <w:color w:val="4A4A6A"/>
          <w:sz w:val="26"/>
        </w:rPr>
        <w:t>Stop Getting Sidetracked.</w:t>
      </w:r>
      <w:r>
        <w:rPr>
          <w:rFonts w:ascii="Calibri" w:eastAsia="Calibri" w:hAnsi="Calibri"/>
          <w:b/>
          <w:color w:val="4A4A6A"/>
          <w:sz w:val="26"/>
        </w:rPr>
        <w:br/>
        <w:t>Get Your First Cash Fast.</w:t>
      </w:r>
    </w:p>
    <w:p w14:paraId="35D0DBFA" w14:textId="77777777" w:rsidR="00370057" w:rsidRDefault="00F441D5">
      <w:pPr>
        <w:spacing w:after="80"/>
        <w:jc w:val="center"/>
      </w:pPr>
      <w:r>
        <w:rPr>
          <w:rFonts w:ascii="Calibri" w:eastAsia="Calibri" w:hAnsi="Calibri"/>
          <w:color w:val="555555"/>
        </w:rPr>
        <w:t>Free guide. No theory. Just what to do.</w:t>
      </w:r>
    </w:p>
    <w:p w14:paraId="2893CFA0" w14:textId="77777777" w:rsidR="00370057" w:rsidRDefault="00F441D5">
      <w:pPr>
        <w:spacing w:after="280"/>
        <w:jc w:val="center"/>
      </w:pPr>
      <w:r>
        <w:rPr>
          <w:rFonts w:ascii="Calibri" w:eastAsia="Calibri" w:hAnsi="Calibri"/>
          <w:b/>
          <w:sz w:val="20"/>
        </w:rPr>
        <w:t>ADHD Business Toolbox</w:t>
      </w:r>
    </w:p>
    <w:p w14:paraId="499103BE" w14:textId="77777777" w:rsidR="00370057" w:rsidRDefault="00F441D5">
      <w:pPr>
        <w:pStyle w:val="Heading1"/>
      </w:pPr>
      <w:r>
        <w:rPr>
          <w:color w:val="1A1A2E"/>
        </w:rPr>
        <w:t>1. Who this is for</w:t>
      </w:r>
    </w:p>
    <w:p w14:paraId="5B4968F6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ADHD business owners and founders</w:t>
      </w:r>
    </w:p>
    <w:p w14:paraId="2A4C968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Service businesses (best fit)</w:t>
      </w:r>
    </w:p>
    <w:p w14:paraId="5736DDB4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People who start strong, then stall</w:t>
      </w:r>
    </w:p>
    <w:p w14:paraId="6EE4327B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People who overbuild before selling</w:t>
      </w:r>
    </w:p>
    <w:p w14:paraId="43718EB2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Not for: motivation seekers or 90-day masterplans.</w:t>
      </w:r>
    </w:p>
    <w:p w14:paraId="767C1FCC" w14:textId="77777777" w:rsidR="00370057" w:rsidRDefault="00F441D5">
      <w:pPr>
        <w:pStyle w:val="Heading1"/>
      </w:pPr>
      <w:r>
        <w:rPr>
          <w:color w:val="1A1A2E"/>
        </w:rPr>
        <w:t>2. The real problem</w:t>
      </w:r>
    </w:p>
    <w:p w14:paraId="12DCCCD9" w14:textId="77777777" w:rsidR="00370057" w:rsidRDefault="00F441D5">
      <w:pPr>
        <w:spacing w:after="120"/>
      </w:pPr>
      <w:r>
        <w:rPr>
          <w:rFonts w:ascii="Calibri" w:eastAsia="Calibri" w:hAnsi="Calibri"/>
        </w:rPr>
        <w:t>You do not fail from lack of ideas.</w:t>
      </w:r>
    </w:p>
    <w:p w14:paraId="3BAB5E80" w14:textId="77777777" w:rsidR="00370057" w:rsidRDefault="00F441D5">
      <w:pPr>
        <w:spacing w:after="120"/>
      </w:pPr>
      <w:r>
        <w:rPr>
          <w:rFonts w:ascii="Calibri" w:eastAsia="Calibri" w:hAnsi="Calibri"/>
        </w:rPr>
        <w:t>You fail from:</w:t>
      </w:r>
    </w:p>
    <w:p w14:paraId="38551AC9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too many options</w:t>
      </w:r>
    </w:p>
    <w:p w14:paraId="33F15308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no fast win</w:t>
      </w:r>
    </w:p>
    <w:p w14:paraId="4C0B34B8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overbuilding</w:t>
      </w:r>
    </w:p>
    <w:p w14:paraId="64F25660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delayed dopamine</w:t>
      </w:r>
    </w:p>
    <w:p w14:paraId="3FE8916B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No money = no proof = motivation dies.</w:t>
      </w:r>
    </w:p>
    <w:p w14:paraId="581F88F7" w14:textId="77777777" w:rsidR="00370057" w:rsidRDefault="00F441D5">
      <w:pPr>
        <w:pStyle w:val="Heading1"/>
      </w:pPr>
      <w:r>
        <w:rPr>
          <w:color w:val="1A1A2E"/>
        </w:rPr>
        <w:t>3. The Fast Money Rule</w:t>
      </w:r>
    </w:p>
    <w:p w14:paraId="4CD6566E" w14:textId="77777777" w:rsidR="00370057" w:rsidRDefault="00F441D5">
      <w:pPr>
        <w:spacing w:after="120"/>
      </w:pPr>
      <w:r>
        <w:rPr>
          <w:rFonts w:ascii="Calibri" w:eastAsia="Calibri" w:hAnsi="Calibri"/>
        </w:rPr>
        <w:t>Until you have first cash, do only this:</w:t>
      </w:r>
    </w:p>
    <w:p w14:paraId="55BE869D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One offer</w:t>
      </w:r>
    </w:p>
    <w:p w14:paraId="093F07E9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One customer type</w:t>
      </w:r>
    </w:p>
    <w:p w14:paraId="521F251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One way to get leads</w:t>
      </w:r>
    </w:p>
    <w:p w14:paraId="0FDE22EC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One call-to-action</w:t>
      </w:r>
    </w:p>
    <w:p w14:paraId="57EE631E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If it does not help you get a paying customer in 14 days, ignore it.</w:t>
      </w:r>
    </w:p>
    <w:p w14:paraId="6F5D5641" w14:textId="77777777" w:rsidR="00370057" w:rsidRDefault="00F441D5">
      <w:pPr>
        <w:pStyle w:val="Heading1"/>
      </w:pPr>
      <w:r>
        <w:rPr>
          <w:color w:val="1A1A2E"/>
        </w:rPr>
        <w:t>4. Pick your fastest offer</w:t>
      </w:r>
    </w:p>
    <w:p w14:paraId="6AC2EC14" w14:textId="77777777" w:rsidR="00370057" w:rsidRDefault="00F441D5">
      <w:pPr>
        <w:spacing w:after="120"/>
      </w:pPr>
      <w:r>
        <w:rPr>
          <w:rFonts w:ascii="Calibri" w:eastAsia="Calibri" w:hAnsi="Calibri"/>
        </w:rPr>
        <w:t>Answer these:</w:t>
      </w:r>
    </w:p>
    <w:p w14:paraId="52E7ADD5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What can I already do well?</w:t>
      </w:r>
    </w:p>
    <w:p w14:paraId="1D0493CE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Who has paid for this before?</w:t>
      </w:r>
    </w:p>
    <w:p w14:paraId="53A70DFE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Can I deliver without a big setup?</w:t>
      </w:r>
    </w:p>
    <w:p w14:paraId="4AD0A00A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Can I sell it on a call, quote, or DM?</w:t>
      </w:r>
    </w:p>
    <w:p w14:paraId="40988682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lastRenderedPageBreak/>
        <w:t>Best start:</w:t>
      </w:r>
    </w:p>
    <w:p w14:paraId="366D1221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Service over product</w:t>
      </w:r>
    </w:p>
    <w:p w14:paraId="115D3ADB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Done-for-you over courses</w:t>
      </w:r>
    </w:p>
    <w:p w14:paraId="40A7A63F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Clear outcome over vague help</w:t>
      </w:r>
    </w:p>
    <w:p w14:paraId="7AA18BAF" w14:textId="77777777" w:rsidR="00370057" w:rsidRDefault="00F441D5">
      <w:pPr>
        <w:pStyle w:val="Heading1"/>
      </w:pPr>
      <w:r>
        <w:rPr>
          <w:color w:val="1A1A2E"/>
        </w:rPr>
        <w:t>5. Offer formula</w:t>
      </w:r>
    </w:p>
    <w:p w14:paraId="2278BFBF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Fill this in:</w:t>
      </w:r>
    </w:p>
    <w:p w14:paraId="0D60CFF1" w14:textId="77777777" w:rsidR="00370057" w:rsidRDefault="00F441D5">
      <w:pPr>
        <w:spacing w:after="120"/>
      </w:pPr>
      <w:r>
        <w:rPr>
          <w:rFonts w:ascii="Calibri" w:eastAsia="Calibri" w:hAnsi="Calibri"/>
        </w:rPr>
        <w:t>I help [who] get [result] without [pain], in [timeframe].</w:t>
      </w:r>
    </w:p>
    <w:p w14:paraId="561603F3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Examples:</w:t>
      </w:r>
    </w:p>
    <w:p w14:paraId="25A27259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I help tradies get more quote requests without relying on word of mouth.</w:t>
      </w:r>
    </w:p>
    <w:p w14:paraId="6409777A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I help coaches get their first 5 paying clients without a big funnel.</w:t>
      </w:r>
    </w:p>
    <w:p w14:paraId="5A397788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I help local service businesses get leads in 14 days with a simple site + ads.</w:t>
      </w:r>
    </w:p>
    <w:p w14:paraId="69AB920B" w14:textId="77777777" w:rsidR="00370057" w:rsidRDefault="00F441D5">
      <w:pPr>
        <w:pStyle w:val="Heading1"/>
      </w:pPr>
      <w:r>
        <w:rPr>
          <w:color w:val="1A1A2E"/>
        </w:rPr>
        <w:t>6. Ignore this for now</w:t>
      </w:r>
    </w:p>
    <w:p w14:paraId="760E909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Perfect logo / brand</w:t>
      </w:r>
    </w:p>
    <w:p w14:paraId="27CD5CC7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Long website</w:t>
      </w:r>
    </w:p>
    <w:p w14:paraId="0C6CFE0F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Blog</w:t>
      </w:r>
    </w:p>
    <w:p w14:paraId="4C5B4F07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Complex CRM</w:t>
      </w:r>
    </w:p>
    <w:p w14:paraId="65F3A79E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Multiple offers</w:t>
      </w:r>
    </w:p>
    <w:p w14:paraId="4F723DB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SEO as your only plan</w:t>
      </w:r>
    </w:p>
    <w:p w14:paraId="6CB5EC0B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Apps / memberships</w:t>
      </w:r>
    </w:p>
    <w:p w14:paraId="1A2D510B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Allowed now:</w:t>
      </w:r>
    </w:p>
    <w:p w14:paraId="578ACDF7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1–2 page site</w:t>
      </w:r>
    </w:p>
    <w:p w14:paraId="030C54B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Quote / contact form</w:t>
      </w:r>
    </w:p>
    <w:p w14:paraId="0B1A13F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Social profile</w:t>
      </w:r>
    </w:p>
    <w:p w14:paraId="027BF83F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Clear offer + price</w:t>
      </w:r>
    </w:p>
    <w:p w14:paraId="68EF3E60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Invoice / payment method</w:t>
      </w:r>
    </w:p>
    <w:p w14:paraId="3D38CDFC" w14:textId="77777777" w:rsidR="00370057" w:rsidRDefault="00F441D5">
      <w:pPr>
        <w:pStyle w:val="Heading1"/>
      </w:pPr>
      <w:r>
        <w:rPr>
          <w:color w:val="1A1A2E"/>
        </w:rPr>
        <w:t>7. 7-day Fast Start Plan</w:t>
      </w:r>
    </w:p>
    <w:p w14:paraId="47430FB8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1: </w:t>
      </w:r>
      <w:r>
        <w:rPr>
          <w:rFonts w:ascii="Calibri" w:eastAsia="Calibri" w:hAnsi="Calibri"/>
        </w:rPr>
        <w:t>Choose one offer + one customer</w:t>
      </w:r>
    </w:p>
    <w:p w14:paraId="72BED125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2: </w:t>
      </w:r>
      <w:r>
        <w:rPr>
          <w:rFonts w:ascii="Calibri" w:eastAsia="Calibri" w:hAnsi="Calibri"/>
        </w:rPr>
        <w:t>Write offer in one paragraph + price range</w:t>
      </w:r>
    </w:p>
    <w:p w14:paraId="1D6A6756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3: </w:t>
      </w:r>
      <w:r>
        <w:rPr>
          <w:rFonts w:ascii="Calibri" w:eastAsia="Calibri" w:hAnsi="Calibri"/>
        </w:rPr>
        <w:t>Make simple page or quote form</w:t>
      </w:r>
    </w:p>
    <w:p w14:paraId="160B217E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4: </w:t>
      </w:r>
      <w:r>
        <w:rPr>
          <w:rFonts w:ascii="Calibri" w:eastAsia="Calibri" w:hAnsi="Calibri"/>
        </w:rPr>
        <w:t>Write DM / call / ad script</w:t>
      </w:r>
    </w:p>
    <w:p w14:paraId="44108AAE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5: </w:t>
      </w:r>
      <w:r>
        <w:rPr>
          <w:rFonts w:ascii="Calibri" w:eastAsia="Calibri" w:hAnsi="Calibri"/>
        </w:rPr>
        <w:t>Contact 20 people or launch small ads</w:t>
      </w:r>
    </w:p>
    <w:p w14:paraId="49A51FFC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6: </w:t>
      </w:r>
      <w:r>
        <w:rPr>
          <w:rFonts w:ascii="Calibri" w:eastAsia="Calibri" w:hAnsi="Calibri"/>
        </w:rPr>
        <w:t>Follow up every lead</w:t>
      </w:r>
    </w:p>
    <w:p w14:paraId="5EC8DA2A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  <w:b/>
        </w:rPr>
        <w:t xml:space="preserve">Day 7: </w:t>
      </w:r>
      <w:r>
        <w:rPr>
          <w:rFonts w:ascii="Calibri" w:eastAsia="Calibri" w:hAnsi="Calibri"/>
        </w:rPr>
        <w:t>Book calls / send quotes / close</w:t>
      </w:r>
    </w:p>
    <w:p w14:paraId="5A66725F" w14:textId="77777777" w:rsidR="00370057" w:rsidRDefault="00F441D5">
      <w:pPr>
        <w:pStyle w:val="Heading1"/>
      </w:pPr>
      <w:r>
        <w:rPr>
          <w:color w:val="1A1A2E"/>
        </w:rPr>
        <w:lastRenderedPageBreak/>
        <w:t>8. Lead options (fastest first)</w:t>
      </w:r>
    </w:p>
    <w:p w14:paraId="273E7CAE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Warm outreach (friends, old clients, contacts)</w:t>
      </w:r>
    </w:p>
    <w:p w14:paraId="2341F4B5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Direct DMs / calls</w:t>
      </w:r>
    </w:p>
    <w:p w14:paraId="345580E5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Paid leads / social ads</w:t>
      </w:r>
    </w:p>
    <w:p w14:paraId="4F3EB36C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Partnerships / referrals</w:t>
      </w:r>
    </w:p>
    <w:p w14:paraId="33761518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Organic content / SEO later</w:t>
      </w:r>
    </w:p>
    <w:p w14:paraId="541411E9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SEO is powerful later. Too slow for first money.</w:t>
      </w:r>
    </w:p>
    <w:p w14:paraId="20FFE978" w14:textId="77777777" w:rsidR="00370057" w:rsidRDefault="00F441D5">
      <w:pPr>
        <w:pStyle w:val="Heading1"/>
      </w:pPr>
      <w:r>
        <w:rPr>
          <w:color w:val="1A1A2E"/>
        </w:rPr>
        <w:t>9. Simple sales script</w:t>
      </w:r>
    </w:p>
    <w:p w14:paraId="14AC618F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Message / call:</w:t>
      </w:r>
    </w:p>
    <w:p w14:paraId="342770EF" w14:textId="77777777" w:rsidR="00370057" w:rsidRDefault="00F441D5">
      <w:pPr>
        <w:spacing w:after="120"/>
      </w:pPr>
      <w:r>
        <w:rPr>
          <w:rFonts w:ascii="Calibri" w:eastAsia="Calibri" w:hAnsi="Calibri"/>
        </w:rPr>
        <w:t>Hey [Name] — I help [who] get [result]. Do you want a quick quote / chat this week?</w:t>
      </w:r>
    </w:p>
    <w:p w14:paraId="68244D53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Follow-ups:</w:t>
      </w:r>
    </w:p>
    <w:p w14:paraId="53B75473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Day 1: Just checking you saw this.</w:t>
      </w:r>
    </w:p>
    <w:p w14:paraId="3B2F9DD0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Day 2: Happy to send a simple quote if useful.</w:t>
      </w:r>
    </w:p>
    <w:p w14:paraId="2CC60CD4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Day 4: Closing this off — want me to hold a spot or leave it?</w:t>
      </w:r>
    </w:p>
    <w:p w14:paraId="44E6F9CE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Rule: follow up same day. Speed beats perfect wording.</w:t>
      </w:r>
    </w:p>
    <w:p w14:paraId="6C0A370A" w14:textId="77777777" w:rsidR="00370057" w:rsidRDefault="00F441D5">
      <w:pPr>
        <w:pStyle w:val="Heading1"/>
      </w:pPr>
      <w:r>
        <w:rPr>
          <w:color w:val="1A1A2E"/>
        </w:rPr>
        <w:t>10. Anti-sidetrack rules</w:t>
      </w:r>
    </w:p>
    <w:p w14:paraId="5EEE675A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One main task per day</w:t>
      </w:r>
    </w:p>
    <w:p w14:paraId="7AFFD71C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Short work sprints</w:t>
      </w:r>
    </w:p>
    <w:p w14:paraId="43EC5132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Use external deadlines</w:t>
      </w:r>
    </w:p>
    <w:p w14:paraId="5BF3C71A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Track only: conversations, quotes, cash</w:t>
      </w:r>
    </w:p>
    <w:p w14:paraId="322A056A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No new ideas until first $X earned</w:t>
      </w:r>
    </w:p>
    <w:p w14:paraId="111E8C9A" w14:textId="77777777" w:rsidR="00370057" w:rsidRDefault="00F441D5">
      <w:pPr>
        <w:pStyle w:val="Heading1"/>
      </w:pPr>
      <w:r>
        <w:rPr>
          <w:color w:val="1A1A2E"/>
        </w:rPr>
        <w:t>11. Minimum setup checklist</w:t>
      </w:r>
    </w:p>
    <w:p w14:paraId="5C04A24C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Clear offer</w:t>
      </w:r>
    </w:p>
    <w:p w14:paraId="38D319D9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Price or price range</w:t>
      </w:r>
    </w:p>
    <w:p w14:paraId="15936450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1–2 page website or landing page</w:t>
      </w:r>
    </w:p>
    <w:p w14:paraId="527C19AB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Quote / contact form</w:t>
      </w:r>
    </w:p>
    <w:p w14:paraId="7DF18F55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Invoice / payment ready</w:t>
      </w:r>
    </w:p>
    <w:p w14:paraId="3714A465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Simple follow-up method</w:t>
      </w:r>
    </w:p>
    <w:p w14:paraId="2DF37B8D" w14:textId="77777777" w:rsidR="00370057" w:rsidRDefault="00F441D5">
      <w:pPr>
        <w:spacing w:after="120"/>
      </w:pPr>
      <w:r>
        <w:rPr>
          <w:rFonts w:ascii="Calibri" w:eastAsia="Calibri" w:hAnsi="Calibri"/>
        </w:rPr>
        <w:t>Then optional: social ads.</w:t>
      </w:r>
    </w:p>
    <w:p w14:paraId="70D7A749" w14:textId="77777777" w:rsidR="00370057" w:rsidRDefault="00F441D5">
      <w:pPr>
        <w:pStyle w:val="Heading1"/>
      </w:pPr>
      <w:r>
        <w:rPr>
          <w:color w:val="1A1A2E"/>
        </w:rPr>
        <w:t>12. Common traps</w:t>
      </w:r>
    </w:p>
    <w:p w14:paraId="1C399E46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Waiting until it is perfect</w:t>
      </w:r>
    </w:p>
    <w:p w14:paraId="6979958E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Building content instead of conversations</w:t>
      </w:r>
    </w:p>
    <w:p w14:paraId="786B5647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Underpricing</w:t>
      </w:r>
    </w:p>
    <w:p w14:paraId="48D9DEFF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lastRenderedPageBreak/>
        <w:t>Changing offer every few days</w:t>
      </w:r>
    </w:p>
    <w:p w14:paraId="694CCA8E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Buying more courses instead of contacting customers</w:t>
      </w:r>
    </w:p>
    <w:p w14:paraId="42039555" w14:textId="77777777" w:rsidR="00370057" w:rsidRDefault="00F441D5">
      <w:pPr>
        <w:pStyle w:val="Heading1"/>
      </w:pPr>
      <w:r>
        <w:rPr>
          <w:color w:val="1A1A2E"/>
        </w:rPr>
        <w:t>13. Next step</w:t>
      </w:r>
    </w:p>
    <w:p w14:paraId="1E84BF5D" w14:textId="77777777" w:rsidR="00370057" w:rsidRDefault="00F441D5">
      <w:pPr>
        <w:spacing w:after="120"/>
      </w:pPr>
      <w:r>
        <w:rPr>
          <w:rFonts w:ascii="Calibri" w:eastAsia="Calibri" w:hAnsi="Calibri"/>
        </w:rPr>
        <w:t>Start narrow. Sell fast. Systems later.</w:t>
      </w:r>
    </w:p>
    <w:p w14:paraId="65AE1253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Two options:</w:t>
      </w:r>
    </w:p>
    <w:p w14:paraId="6201D530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Do it yourself with this guide</w:t>
      </w:r>
    </w:p>
    <w:p w14:paraId="7B5C86DF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Get it installed for you</w:t>
      </w:r>
    </w:p>
    <w:p w14:paraId="27AF238E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Service Business Launch Package</w:t>
      </w:r>
    </w:p>
    <w:p w14:paraId="04F3D2E2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1–2 page website</w:t>
      </w:r>
    </w:p>
    <w:p w14:paraId="18EDE8D8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Quote form</w:t>
      </w:r>
    </w:p>
    <w:p w14:paraId="7A0A578B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Ad copy</w:t>
      </w:r>
    </w:p>
    <w:p w14:paraId="79CD6EB9" w14:textId="77777777" w:rsidR="00370057" w:rsidRDefault="00F441D5">
      <w:pPr>
        <w:pStyle w:val="ListBullet"/>
        <w:spacing w:after="40"/>
      </w:pPr>
      <w:r>
        <w:rPr>
          <w:rFonts w:ascii="Calibri" w:eastAsia="Calibri" w:hAnsi="Calibri"/>
        </w:rPr>
        <w:t>30 days ads setup/management</w:t>
      </w:r>
    </w:p>
    <w:p w14:paraId="591D9987" w14:textId="77777777" w:rsidR="00370057" w:rsidRDefault="00F441D5">
      <w:pPr>
        <w:spacing w:after="120"/>
      </w:pPr>
      <w:r>
        <w:rPr>
          <w:rFonts w:ascii="Calibri" w:eastAsia="Calibri" w:hAnsi="Calibri"/>
        </w:rPr>
        <w:t>Ad spend separate.</w:t>
      </w:r>
    </w:p>
    <w:p w14:paraId="5F97C6A7" w14:textId="77777777" w:rsidR="00370057" w:rsidRDefault="00F441D5">
      <w:pPr>
        <w:spacing w:after="120"/>
      </w:pPr>
      <w:r>
        <w:rPr>
          <w:rFonts w:ascii="Calibri" w:eastAsia="Calibri" w:hAnsi="Calibri"/>
          <w:b/>
        </w:rPr>
        <w:t>Want this done for you? Book a call / apply here.</w:t>
      </w:r>
    </w:p>
    <w:p w14:paraId="5CACE31C" w14:textId="77777777" w:rsidR="00370057" w:rsidRDefault="00F441D5">
      <w:pPr>
        <w:pStyle w:val="Heading1"/>
      </w:pPr>
      <w:r>
        <w:rPr>
          <w:color w:val="1A1A2E"/>
        </w:rPr>
        <w:t>Bonus worksheets</w:t>
      </w:r>
    </w:p>
    <w:p w14:paraId="6F919F55" w14:textId="77777777" w:rsidR="00370057" w:rsidRDefault="00F441D5">
      <w:pPr>
        <w:pStyle w:val="Heading2"/>
      </w:pPr>
      <w:r>
        <w:rPr>
          <w:color w:val="1A1A2E"/>
        </w:rPr>
        <w:t>Offer worksheet</w:t>
      </w:r>
    </w:p>
    <w:p w14:paraId="409A6AE0" w14:textId="77777777" w:rsidR="00370057" w:rsidRDefault="00F441D5">
      <w:pPr>
        <w:spacing w:after="120"/>
      </w:pPr>
      <w:r>
        <w:rPr>
          <w:rFonts w:ascii="Calibri" w:eastAsia="Calibri" w:hAnsi="Calibri"/>
        </w:rPr>
        <w:t>Who: __________________________</w:t>
      </w:r>
    </w:p>
    <w:p w14:paraId="7F02FBE5" w14:textId="77777777" w:rsidR="00370057" w:rsidRDefault="00F441D5">
      <w:pPr>
        <w:spacing w:after="120"/>
      </w:pPr>
      <w:r>
        <w:rPr>
          <w:rFonts w:ascii="Calibri" w:eastAsia="Calibri" w:hAnsi="Calibri"/>
        </w:rPr>
        <w:t>Result: _______________________</w:t>
      </w:r>
    </w:p>
    <w:p w14:paraId="30868F4E" w14:textId="77777777" w:rsidR="00370057" w:rsidRDefault="00F441D5">
      <w:pPr>
        <w:spacing w:after="120"/>
      </w:pPr>
      <w:r>
        <w:rPr>
          <w:rFonts w:ascii="Calibri" w:eastAsia="Calibri" w:hAnsi="Calibri"/>
        </w:rPr>
        <w:t>Without: ______________________</w:t>
      </w:r>
    </w:p>
    <w:p w14:paraId="35347AC7" w14:textId="77777777" w:rsidR="00370057" w:rsidRDefault="00F441D5">
      <w:pPr>
        <w:spacing w:after="120"/>
      </w:pPr>
      <w:r>
        <w:rPr>
          <w:rFonts w:ascii="Calibri" w:eastAsia="Calibri" w:hAnsi="Calibri"/>
        </w:rPr>
        <w:t>Timeframe: ____________________</w:t>
      </w:r>
    </w:p>
    <w:p w14:paraId="3956FD29" w14:textId="77777777" w:rsidR="00370057" w:rsidRDefault="00F441D5">
      <w:pPr>
        <w:spacing w:after="120"/>
      </w:pPr>
      <w:r>
        <w:rPr>
          <w:rFonts w:ascii="Calibri" w:eastAsia="Calibri" w:hAnsi="Calibri"/>
        </w:rPr>
        <w:t>Price: _________________________</w:t>
      </w:r>
    </w:p>
    <w:p w14:paraId="593AD1B4" w14:textId="77777777" w:rsidR="00370057" w:rsidRDefault="00F441D5">
      <w:pPr>
        <w:pStyle w:val="Heading2"/>
      </w:pPr>
      <w:r>
        <w:rPr>
          <w:color w:val="1A1A2E"/>
        </w:rPr>
        <w:t>Kill list (do not start)</w:t>
      </w:r>
    </w:p>
    <w:p w14:paraId="408BCEFE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New logo</w:t>
      </w:r>
    </w:p>
    <w:p w14:paraId="4E90AFA1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Extra service pages</w:t>
      </w:r>
    </w:p>
    <w:p w14:paraId="1FAE86A9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Blog / content system</w:t>
      </w:r>
    </w:p>
    <w:p w14:paraId="0570CCB4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New business idea</w:t>
      </w:r>
    </w:p>
    <w:p w14:paraId="5369B78F" w14:textId="77777777" w:rsidR="00370057" w:rsidRDefault="00F441D5">
      <w:pPr>
        <w:spacing w:after="40"/>
      </w:pPr>
      <w:r>
        <w:rPr>
          <w:rFonts w:ascii="Calibri" w:eastAsia="Calibri" w:hAnsi="Calibri"/>
        </w:rPr>
        <w:t>☐</w:t>
      </w:r>
      <w:r>
        <w:rPr>
          <w:rFonts w:ascii="Calibri" w:eastAsia="Calibri" w:hAnsi="Calibri"/>
        </w:rPr>
        <w:t xml:space="preserve">  Complex software</w:t>
      </w:r>
    </w:p>
    <w:p w14:paraId="19B3BC32" w14:textId="77777777" w:rsidR="00370057" w:rsidRDefault="00F441D5">
      <w:pPr>
        <w:pStyle w:val="Heading2"/>
      </w:pPr>
      <w:r>
        <w:rPr>
          <w:color w:val="1A1A2E"/>
        </w:rPr>
        <w:t>Daily scoreboard</w:t>
      </w:r>
    </w:p>
    <w:p w14:paraId="1F479C70" w14:textId="77777777" w:rsidR="00370057" w:rsidRDefault="00F441D5">
      <w:pPr>
        <w:spacing w:after="120"/>
      </w:pPr>
      <w:r>
        <w:rPr>
          <w:rFonts w:ascii="Calibri" w:eastAsia="Calibri" w:hAnsi="Calibri"/>
        </w:rPr>
        <w:t>Conversations started: ____</w:t>
      </w:r>
    </w:p>
    <w:p w14:paraId="1949391A" w14:textId="77777777" w:rsidR="00370057" w:rsidRDefault="00F441D5">
      <w:pPr>
        <w:spacing w:after="120"/>
      </w:pPr>
      <w:r>
        <w:rPr>
          <w:rFonts w:ascii="Calibri" w:eastAsia="Calibri" w:hAnsi="Calibri"/>
        </w:rPr>
        <w:t>Quotes sent: ____</w:t>
      </w:r>
    </w:p>
    <w:p w14:paraId="292047B4" w14:textId="77777777" w:rsidR="00370057" w:rsidRDefault="00F441D5">
      <w:pPr>
        <w:spacing w:after="120"/>
      </w:pPr>
      <w:r>
        <w:rPr>
          <w:rFonts w:ascii="Calibri" w:eastAsia="Calibri" w:hAnsi="Calibri"/>
        </w:rPr>
        <w:t>Cash collected: $____</w:t>
      </w:r>
    </w:p>
    <w:p w14:paraId="566B9324" w14:textId="77777777" w:rsidR="00370057" w:rsidRDefault="00F441D5">
      <w:pPr>
        <w:jc w:val="center"/>
      </w:pPr>
      <w:r>
        <w:rPr>
          <w:rFonts w:ascii="Calibri" w:eastAsia="Calibri" w:hAnsi="Calibri"/>
          <w:color w:val="777777"/>
          <w:sz w:val="18"/>
        </w:rPr>
        <w:br/>
        <w:t>ADHD Business Toolbox — free guide</w:t>
      </w:r>
    </w:p>
    <w:sectPr w:rsidR="00370057" w:rsidSect="00034616"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88973897">
    <w:abstractNumId w:val="8"/>
  </w:num>
  <w:num w:numId="2" w16cid:durableId="1185752055">
    <w:abstractNumId w:val="6"/>
  </w:num>
  <w:num w:numId="3" w16cid:durableId="1353536207">
    <w:abstractNumId w:val="5"/>
  </w:num>
  <w:num w:numId="4" w16cid:durableId="1808084820">
    <w:abstractNumId w:val="4"/>
  </w:num>
  <w:num w:numId="5" w16cid:durableId="1118837401">
    <w:abstractNumId w:val="7"/>
  </w:num>
  <w:num w:numId="6" w16cid:durableId="1505433944">
    <w:abstractNumId w:val="3"/>
  </w:num>
  <w:num w:numId="7" w16cid:durableId="760182414">
    <w:abstractNumId w:val="2"/>
  </w:num>
  <w:num w:numId="8" w16cid:durableId="1638297106">
    <w:abstractNumId w:val="1"/>
  </w:num>
  <w:num w:numId="9" w16cid:durableId="1575553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70057"/>
    <w:rsid w:val="007632DE"/>
    <w:rsid w:val="00AA1D8D"/>
    <w:rsid w:val="00B47730"/>
    <w:rsid w:val="00CB0664"/>
    <w:rsid w:val="00E12ECF"/>
    <w:rsid w:val="00F441D5"/>
    <w:rsid w:val="00F718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C1E10AF1-4C75-486B-A827-9700A98E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672</Words>
  <Characters>3025</Characters>
  <Application>Microsoft Office Word</Application>
  <DocSecurity>0</DocSecurity>
  <Lines>168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 Taylor</cp:lastModifiedBy>
  <cp:revision>2</cp:revision>
  <dcterms:created xsi:type="dcterms:W3CDTF">2026-09-11T13:43:00Z</dcterms:created>
  <dcterms:modified xsi:type="dcterms:W3CDTF">2026-09-11T13:43:00Z</dcterms:modified>
  <cp:category/>
</cp:coreProperties>
</file>